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SOLLECITO DI PAGAMENTO: TRE FAC SIMILE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Tre lettere per una fattura scaduta e non pagata, in ordine di tono: il promemoria cortese, il sollecito formale e l’ultimo sollecito. Si cambiano i dati fra parentesi quadre.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PROMEMORIA CORTESE, DA 3 A 7 GIORNI DOPO LA SCADENZA (MAIL)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Promemoria fattura n. [numero] del [data]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 o ufficio amministrativo],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le scriviamo per ricordarle che la fattura n. [numero] del [data], di [importo] euro, è scaduta il [data di scadenza]. Se il pagamento è già partito, la preghiamo di non considerare questo messaggio, e la ringraziamo.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Altrimenti trova qui le coordinate: IBAN [IBAN], intestato a [ragione sociale], con il numero della fattura nella causale. Restiamo a disposizione per qualsiasi chiarimento.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[nome, ruolo, azienda, telefono]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2 · SOLLECITO FORMALE, DA 15 A 20 GIORNI DOPO LA SCADENZA (MAIL O PEC)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Sollecito di pagamento, fattura n. [numero] del [data]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 o ufficio amministrativo],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nonostante il nostro promemoria del [data del promemoria], la fattura n. [numero] del [data], di [importo] euro, scaduta il [data di scadenza], risulta ancora da pagare.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Le chiediamo di provvedere al saldo entro il [data, di solito 7 o 15 giorni da oggi] con bonifico all’IBAN [IBAN], intestato a [ragione sociale], indicando il numero della fattura nella causale. Se ci sono contestazioni sulla fornitura, la preghiamo di comunicarcele per iscritto entro la stessa data.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[nome, ruolo, azienda, telefono]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3 · ULTIMO SOLLECITO, OLTRE 30 GIORNI DOPO LA SCADENZA (PEC O RACCOMANDATA A/R)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Ultimo sollecito di pagamento, fattura n. [numero] del [data]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Spettabile [ragione sociale del cliente],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la fattura n. [numero] del [data], di [importo] euro, scaduta il [data di scadenza] e sollecitata il [date dei solleciti], risulta ancora da pagare. Vi invitiamo formalmente a saldarla entro quindici giorni dal ricevimento di questa lettera.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Vi ricordiamo che sulle transazioni fra imprese il decreto legislativo 231/2002 riconosce al creditore gli interessi di mora dal giorno successivo alla scadenza e un importo forfettario di 40 euro per i costi di recupero. Decorso il termine, ci riserviamo di procedere al recupero del credito, degli interessi e delle spese, senza ulteriore avviso.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Distinti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[nome, ruolo, azienda]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PRIMA DI SPEDIRE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Interessi di mora e 40 euro forfettari spettano fra imprese anche senza sollecito formale (direttiva 2011/7/UE, in Italia decreto legislativo 231/2002, articoli 4 e 6). Chiederli è una decisione commerciale: con un cliente buono in ritardo di qualche giorno spesso non conviene. La diffida ad adempiere dell’articolo 1454 del codice civile è un’altra cosa, serve a risolvere il contratto, e si scrive con l’avvocato.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Fac simile libero, prodotto da Itria. Quando partono i solleciti, come si fermano da soli a fattura pagata e cosa decide sempre una persona: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itria.io/solleciti-di-pagamento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Fac simile costruito da Itria. Non è un modulo ufficiale e non è un parere legale: per l’ultimo sollecito sentite il commercialista o l’avvocato.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Se i solleciti li scrivete a mano a ogni scadenza, un agente AI può prepararli dalle fatture aperte, fermarsi da solo quando arriva il pagamento e lasciarli a una persona da approvare. Due righe su WhatsApp al 350 574 3578 o una mail a info@itria.io. Come funziona: itria.io/solleciti-di-pagamento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Sollecito di pagamento: tre fac simile</dc:title>
  <dc:subject/>
  <dc:creator>Itria</dc:creator>
  <cp:keywords/>
  <dc:description>itria.io</dc:description>
  <cp:lastModifiedBy>Itria</cp:lastModifiedBy>
  <cp:revision>1</cp:revision>
  <dcterms:created xsi:type="dcterms:W3CDTF">2026-10-13T16:21:11Z</dcterms:created>
  <dcterms:modified xsi:type="dcterms:W3CDTF">2026-10-13T16:21:11Z</dcterms:modified>
  <cp:category/>
</cp:coreProperties>
</file>