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SCHEDA PER PROGETTARE UN AGENTE AI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Sei righe per decidere cosa deve fare l’agente prima di scegliere lo strumento. Una scheda per un compito: se ne servono due, sono due agenti.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L’AGENTE IN SEI RIGHE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Compito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Un compito solo, scritto come lo direste a un collega: «rispondere alle richieste di disponibilità», non «gestire i clienti».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Riceve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 dove arrivano i dati: casella di posta, WhatsApp, cartella di PDF, foglio Excel, gestionale. Allegate un esempio vero per ogni fonte.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Fa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 passaggi, in ordine: legge, riconosce, cerca il dato, prepara il risultato. E cosa fa quando il dato non c’è: si ferma e lo segnala.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Approva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Chi controlla, e che cosa. Tutto quello che tocca un cliente, i soldi o un messaggio in uscita passa da una persona prima di partire.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Scrive in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Dove lascia il risultato: una bozza nella casella, una riga nel foglio, un contatto nel CRM. Un posto solo per ogni risultato.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Misura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numero di oggi e quello che l’agente deve battere, deciso prima di cominciare: minuti per compito, errori su cento, tempo di risposta.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2 · QUANTO COSTA OGGI IL COMPITO FATTO A MANO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Quante volte al mese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numero del mese scorso, contato e non stimato.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Quanti minuti ogni volta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Dall’apertura al lavoro finito, compresa la ricerca del dato.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Quanto costa all’azienda un’ora di chi lo fa (euro)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Il costo pieno, non lo stipendio netto.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Costo al mese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Volte per minuti, diviso 60, per il costo di un’ora. È il numero da mettere accanto al prezzo di qualunque agente.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Costo in un anno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Dodici mesi di quel costo, contro implementazione e dodici mesi di canone.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3 · DA SOLI O CON CHI LO COSTRUISCE: TRE DOMANDE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Prende i dati da una fonte sola e scrive in un posto solo?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Sì: si può provare da soli con gli strumenti che usate già (ChatGPT, Gemini, Claude, Copilot) o con un’automazione come n8n. No: servono collegamenti, e chi li costruisce.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Tocca un cliente, i soldi o un messaggio in uscita?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Sì: prima di accenderlo servono un punto di approvazione scritto e un registro di quello che fa.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Cosa fa quando non trova la risposta, o una fonte non risponde?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Se la risposta non è «si ferma e lo segnala a una persona», l’agente non è ancora progettato.</w:t>
            </w:r>
          </w:p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Due risposte su tre verso «serve chi lo costruisce»? Mandateci la scheda compilata: in quindici minuti vi diciamo se conviene e cosa serve.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Come si crea un agente AI, in cinque passi, e un esempio compilato: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itria.io/come-creare-un-agente-ai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Scheda libera, costruita da Itria. È uno strumento di progetto, non un preventivo né un contratto.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Mandatela compilata con due righe su WhatsApp al 350 574 3578 o una mail a info@itria.io: in quindici minuti vi diciamo se conviene e cosa serve. Gli agenti di Itria, ciascuno con la sua misura: itria.io/servizi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per progettare un agente AI</dc:title>
  <dc:subject/>
  <dc:creator>Itria</dc:creator>
  <cp:keywords/>
  <dc:description>itria.io</dc:description>
  <cp:lastModifiedBy>Itria</cp:lastModifiedBy>
  <cp:revision>1</cp:revision>
  <dcterms:created xsi:type="dcterms:W3CDTF">2026-10-13T16:15:03Z</dcterms:created>
  <dcterms:modified xsi:type="dcterms:W3CDTF">2026-10-13T16:15:03Z</dcterms:modified>
  <cp:category/>
</cp:coreProperties>
</file>